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40A72">
        <w:tc>
          <w:tcPr>
            <w:tcW w:w="4320" w:type="dxa"/>
          </w:tcPr>
          <w:p w:rsidR="002942B7" w:rsidRDefault="00E71F5B">
            <w:pPr>
              <w:rPr>
                <w:b/>
              </w:rPr>
            </w:pPr>
            <w:r>
              <w:rPr>
                <w:b/>
              </w:rPr>
              <w:t>TECHNOBAZAAR PRIVATE LIMITED</w:t>
            </w:r>
          </w:p>
          <w:p w:rsidR="002942B7" w:rsidRDefault="002942B7">
            <w:pPr>
              <w:rPr>
                <w:b/>
              </w:rPr>
            </w:pPr>
            <w:r>
              <w:rPr>
                <w:b/>
              </w:rPr>
              <w:t>GSTIN: 23AAMCT3522D1ZO</w:t>
            </w:r>
          </w:p>
          <w:p w:rsidR="00240A72" w:rsidRDefault="002942B7">
            <w:r>
              <w:rPr>
                <w:b/>
              </w:rPr>
              <w:t>Address:</w:t>
            </w:r>
            <w:r w:rsidR="00E71F5B">
              <w:rPr>
                <w:b/>
              </w:rPr>
              <w:br/>
            </w:r>
            <w:r w:rsidR="00E71F5B">
              <w:t xml:space="preserve">249, </w:t>
            </w:r>
            <w:proofErr w:type="spellStart"/>
            <w:r w:rsidR="00E71F5B">
              <w:t>Chaurasiya</w:t>
            </w:r>
            <w:proofErr w:type="spellEnd"/>
            <w:r w:rsidR="00E71F5B">
              <w:t xml:space="preserve"> Colony Near Atta Chakki</w:t>
            </w:r>
            <w:r w:rsidR="00E71F5B">
              <w:br/>
              <w:t>Near Mata Mandir, Lashkar, Gird, Gwalior-474001, Madhya Pradesh</w:t>
            </w:r>
            <w:r w:rsidR="00E71F5B">
              <w:br/>
              <w:t>Email: bsparihar.88@gmail.com</w:t>
            </w:r>
            <w:r w:rsidR="00E71F5B">
              <w:br/>
              <w:t>Ph.: +91 9827095546</w:t>
            </w:r>
          </w:p>
        </w:tc>
        <w:tc>
          <w:tcPr>
            <w:tcW w:w="4320" w:type="dxa"/>
          </w:tcPr>
          <w:p w:rsidR="00043D99" w:rsidRDefault="00043D99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319358" cy="1064567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echnoLogo.jpe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750" cy="1117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0A72" w:rsidRDefault="00E71F5B" w:rsidP="0057105E">
            <w:pPr>
              <w:jc w:val="right"/>
            </w:pPr>
            <w:r>
              <w:rPr>
                <w:b/>
              </w:rPr>
              <w:t>INVOICE</w:t>
            </w:r>
            <w:r>
              <w:rPr>
                <w:b/>
              </w:rPr>
              <w:br/>
            </w:r>
            <w:r>
              <w:t xml:space="preserve">Invoice No: </w:t>
            </w:r>
            <w:r w:rsidR="00043D99">
              <w:t>20260</w:t>
            </w:r>
            <w:r w:rsidR="0057105E">
              <w:t>701002</w:t>
            </w:r>
            <w:r>
              <w:br/>
            </w:r>
            <w:r w:rsidR="0057105E">
              <w:t>Invoice Date: 01.07</w:t>
            </w:r>
            <w:r>
              <w:t>.2026</w:t>
            </w:r>
          </w:p>
        </w:tc>
      </w:tr>
      <w:tr w:rsidR="007F7F8B">
        <w:tc>
          <w:tcPr>
            <w:tcW w:w="4320" w:type="dxa"/>
          </w:tcPr>
          <w:p w:rsidR="007F7F8B" w:rsidRDefault="007F7F8B">
            <w:pPr>
              <w:rPr>
                <w:b/>
              </w:rPr>
            </w:pPr>
          </w:p>
        </w:tc>
        <w:tc>
          <w:tcPr>
            <w:tcW w:w="4320" w:type="dxa"/>
          </w:tcPr>
          <w:p w:rsidR="007F7F8B" w:rsidRDefault="007F7F8B" w:rsidP="00D220FF">
            <w:pPr>
              <w:jc w:val="center"/>
              <w:rPr>
                <w:b/>
                <w:noProof/>
              </w:rPr>
            </w:pPr>
            <w:bookmarkStart w:id="0" w:name="_GoBack"/>
            <w:bookmarkEnd w:id="0"/>
          </w:p>
        </w:tc>
      </w:tr>
      <w:tr w:rsidR="00240A72">
        <w:tc>
          <w:tcPr>
            <w:tcW w:w="4320" w:type="dxa"/>
          </w:tcPr>
          <w:p w:rsidR="00240A72" w:rsidRDefault="00E71F5B" w:rsidP="0057105E">
            <w:r>
              <w:rPr>
                <w:b/>
              </w:rPr>
              <w:t>BILL TO</w:t>
            </w:r>
            <w:r>
              <w:rPr>
                <w:b/>
              </w:rPr>
              <w:br/>
            </w:r>
            <w:r w:rsidR="0057105E">
              <w:t>AARAMBH CHILD DEVELOPMENT CENTRE</w:t>
            </w:r>
            <w:r w:rsidR="0057105E">
              <w:br/>
              <w:t>SARASWATI NAGAR, GWALIOR, MADHYA PRADESH</w:t>
            </w:r>
            <w:r>
              <w:t>, GWALIOR</w:t>
            </w:r>
            <w:r w:rsidR="0057105E">
              <w:t xml:space="preserve"> </w:t>
            </w:r>
            <w:r w:rsidR="0057105E">
              <w:br/>
              <w:t>Contact No: +91 8871530882</w:t>
            </w:r>
          </w:p>
        </w:tc>
        <w:tc>
          <w:tcPr>
            <w:tcW w:w="4320" w:type="dxa"/>
          </w:tcPr>
          <w:p w:rsidR="00240A72" w:rsidRDefault="00E71F5B">
            <w:r>
              <w:rPr>
                <w:b/>
              </w:rPr>
              <w:t>SHIP TO</w:t>
            </w:r>
            <w:r>
              <w:rPr>
                <w:b/>
              </w:rPr>
              <w:br/>
            </w:r>
            <w:r w:rsidR="0057105E">
              <w:t>AARAMBH CHILD DEVELOPMENT CENTRE</w:t>
            </w:r>
            <w:r w:rsidR="0057105E">
              <w:br/>
              <w:t xml:space="preserve">SARASWATI NAGAR, GWALIOR, MADHYA PRADESH, GWALIOR </w:t>
            </w:r>
            <w:r w:rsidR="0057105E">
              <w:br/>
              <w:t>Contact No: +91 8871530882</w:t>
            </w:r>
          </w:p>
        </w:tc>
      </w:tr>
    </w:tbl>
    <w:p w:rsidR="00240A72" w:rsidRDefault="00240A72"/>
    <w:p w:rsidR="002942B7" w:rsidRDefault="002942B7">
      <w:r w:rsidRPr="002942B7">
        <w:rPr>
          <w:b/>
        </w:rPr>
        <w:t>Product Name:</w:t>
      </w:r>
      <w:r>
        <w:t xml:space="preserve"> Online </w:t>
      </w:r>
      <w:r w:rsidR="0057105E">
        <w:t xml:space="preserve">Application (CDC) to maintain and operate the child </w:t>
      </w:r>
      <w:r w:rsidR="00D220FF">
        <w:t>patient’s</w:t>
      </w:r>
      <w:r w:rsidR="0057105E">
        <w:t xml:space="preserve"> data</w:t>
      </w:r>
      <w:r>
        <w:t>.</w:t>
      </w:r>
    </w:p>
    <w:p w:rsidR="002942B7" w:rsidRDefault="002942B7">
      <w:r w:rsidRPr="002942B7">
        <w:rPr>
          <w:b/>
        </w:rPr>
        <w:t>Subscription:</w:t>
      </w:r>
      <w:r w:rsidR="00D220FF">
        <w:t xml:space="preserve"> </w:t>
      </w:r>
      <w:r>
        <w:t>(</w:t>
      </w:r>
      <w:r w:rsidR="00D220FF">
        <w:t>Jan-2026 to Dec</w:t>
      </w:r>
      <w:r>
        <w:t>-2026)</w:t>
      </w:r>
    </w:p>
    <w:tbl>
      <w:tblPr>
        <w:tblStyle w:val="TableGrid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720"/>
        <w:gridCol w:w="1530"/>
        <w:gridCol w:w="1170"/>
        <w:gridCol w:w="1440"/>
        <w:gridCol w:w="1435"/>
      </w:tblGrid>
      <w:tr w:rsidR="007F7F8B" w:rsidTr="007F7F8B">
        <w:trPr>
          <w:trHeight w:val="432"/>
        </w:trPr>
        <w:tc>
          <w:tcPr>
            <w:tcW w:w="2335" w:type="dxa"/>
          </w:tcPr>
          <w:p w:rsidR="007F7F8B" w:rsidRPr="00043D99" w:rsidRDefault="007F7F8B">
            <w:pPr>
              <w:rPr>
                <w:b/>
              </w:rPr>
            </w:pPr>
            <w:r w:rsidRPr="00043D99">
              <w:rPr>
                <w:b/>
              </w:rPr>
              <w:t>DESCRIPTION</w:t>
            </w:r>
          </w:p>
        </w:tc>
        <w:tc>
          <w:tcPr>
            <w:tcW w:w="720" w:type="dxa"/>
          </w:tcPr>
          <w:p w:rsidR="007F7F8B" w:rsidRPr="00043D99" w:rsidRDefault="007F7F8B">
            <w:pPr>
              <w:rPr>
                <w:b/>
              </w:rPr>
            </w:pPr>
            <w:r w:rsidRPr="00043D99">
              <w:rPr>
                <w:b/>
              </w:rPr>
              <w:t>QTY</w:t>
            </w:r>
          </w:p>
        </w:tc>
        <w:tc>
          <w:tcPr>
            <w:tcW w:w="1530" w:type="dxa"/>
          </w:tcPr>
          <w:p w:rsidR="007F7F8B" w:rsidRPr="00043D99" w:rsidRDefault="007F7F8B">
            <w:pPr>
              <w:rPr>
                <w:b/>
              </w:rPr>
            </w:pPr>
            <w:r w:rsidRPr="00043D99">
              <w:rPr>
                <w:b/>
              </w:rPr>
              <w:t>UNIT PRICE</w:t>
            </w:r>
          </w:p>
        </w:tc>
        <w:tc>
          <w:tcPr>
            <w:tcW w:w="1170" w:type="dxa"/>
          </w:tcPr>
          <w:p w:rsidR="007F7F8B" w:rsidRPr="00043D99" w:rsidRDefault="007F7F8B">
            <w:pPr>
              <w:rPr>
                <w:b/>
              </w:rPr>
            </w:pPr>
            <w:r w:rsidRPr="00043D99">
              <w:rPr>
                <w:b/>
              </w:rPr>
              <w:t>TOTAL</w:t>
            </w:r>
          </w:p>
        </w:tc>
        <w:tc>
          <w:tcPr>
            <w:tcW w:w="1440" w:type="dxa"/>
          </w:tcPr>
          <w:p w:rsidR="007F7F8B" w:rsidRPr="00043D99" w:rsidRDefault="007F7F8B">
            <w:pPr>
              <w:rPr>
                <w:b/>
              </w:rPr>
            </w:pPr>
            <w:r>
              <w:rPr>
                <w:b/>
              </w:rPr>
              <w:t>GST (18%)</w:t>
            </w:r>
          </w:p>
        </w:tc>
        <w:tc>
          <w:tcPr>
            <w:tcW w:w="1435" w:type="dxa"/>
          </w:tcPr>
          <w:p w:rsidR="00A15944" w:rsidRPr="00043D99" w:rsidRDefault="007F7F8B">
            <w:pPr>
              <w:rPr>
                <w:b/>
              </w:rPr>
            </w:pPr>
            <w:r>
              <w:rPr>
                <w:b/>
              </w:rPr>
              <w:t>Total Amount</w:t>
            </w:r>
          </w:p>
        </w:tc>
      </w:tr>
      <w:tr w:rsidR="007F7F8B" w:rsidTr="007F7F8B">
        <w:trPr>
          <w:trHeight w:val="432"/>
        </w:trPr>
        <w:tc>
          <w:tcPr>
            <w:tcW w:w="2335" w:type="dxa"/>
          </w:tcPr>
          <w:p w:rsidR="007F7F8B" w:rsidRDefault="007F7F8B" w:rsidP="0057105E">
            <w:r>
              <w:t>Web Application Development</w:t>
            </w:r>
          </w:p>
        </w:tc>
        <w:tc>
          <w:tcPr>
            <w:tcW w:w="720" w:type="dxa"/>
          </w:tcPr>
          <w:p w:rsidR="007F7F8B" w:rsidRDefault="007F7F8B">
            <w:r>
              <w:t xml:space="preserve">01 </w:t>
            </w:r>
          </w:p>
        </w:tc>
        <w:tc>
          <w:tcPr>
            <w:tcW w:w="1530" w:type="dxa"/>
          </w:tcPr>
          <w:p w:rsidR="007F7F8B" w:rsidRDefault="007F7F8B">
            <w:r>
              <w:t>10,000.00</w:t>
            </w:r>
          </w:p>
        </w:tc>
        <w:tc>
          <w:tcPr>
            <w:tcW w:w="1170" w:type="dxa"/>
          </w:tcPr>
          <w:p w:rsidR="007F7F8B" w:rsidRDefault="007F7F8B">
            <w:r>
              <w:t>10,000.00</w:t>
            </w:r>
          </w:p>
        </w:tc>
        <w:tc>
          <w:tcPr>
            <w:tcW w:w="1440" w:type="dxa"/>
          </w:tcPr>
          <w:p w:rsidR="007F7F8B" w:rsidRDefault="007F7F8B">
            <w:r>
              <w:t>1800.00</w:t>
            </w:r>
          </w:p>
        </w:tc>
        <w:tc>
          <w:tcPr>
            <w:tcW w:w="1435" w:type="dxa"/>
          </w:tcPr>
          <w:p w:rsidR="007F7F8B" w:rsidRDefault="007F7F8B">
            <w:r>
              <w:t>11,800.00</w:t>
            </w:r>
          </w:p>
        </w:tc>
      </w:tr>
    </w:tbl>
    <w:p w:rsidR="00043D99" w:rsidRDefault="00043D99"/>
    <w:tbl>
      <w:tblPr>
        <w:tblStyle w:val="TableGrid"/>
        <w:tblpPr w:leftFromText="180" w:rightFromText="180" w:vertAnchor="text" w:horzAnchor="margin" w:tblpY="570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F7F8B" w:rsidTr="007F7F8B">
        <w:trPr>
          <w:trHeight w:val="962"/>
        </w:trPr>
        <w:tc>
          <w:tcPr>
            <w:tcW w:w="4315" w:type="dxa"/>
          </w:tcPr>
          <w:p w:rsidR="007F7F8B" w:rsidRDefault="007F7F8B" w:rsidP="007F7F8B">
            <w:r w:rsidRPr="00043D99">
              <w:rPr>
                <w:b/>
              </w:rPr>
              <w:t>Account Holder Name:</w:t>
            </w:r>
            <w:r>
              <w:t xml:space="preserve"> TECHNOBAZAAR PRIVATE LIMITED</w:t>
            </w:r>
          </w:p>
          <w:p w:rsidR="007F7F8B" w:rsidRDefault="007F7F8B" w:rsidP="007F7F8B"/>
        </w:tc>
        <w:tc>
          <w:tcPr>
            <w:tcW w:w="4315" w:type="dxa"/>
          </w:tcPr>
          <w:p w:rsidR="007F7F8B" w:rsidRDefault="007F7F8B" w:rsidP="007F7F8B">
            <w:r w:rsidRPr="00043D99">
              <w:rPr>
                <w:b/>
              </w:rPr>
              <w:t>Bank Name:</w:t>
            </w:r>
            <w:r>
              <w:t xml:space="preserve"> </w:t>
            </w:r>
            <w:proofErr w:type="spellStart"/>
            <w:r>
              <w:t>IndusInd</w:t>
            </w:r>
            <w:proofErr w:type="spellEnd"/>
            <w:r>
              <w:t xml:space="preserve"> Bank</w:t>
            </w:r>
          </w:p>
          <w:p w:rsidR="007F7F8B" w:rsidRDefault="007F7F8B" w:rsidP="007F7F8B">
            <w:r w:rsidRPr="00043D99">
              <w:rPr>
                <w:b/>
              </w:rPr>
              <w:t>Account No:</w:t>
            </w:r>
            <w:r>
              <w:t xml:space="preserve"> 259827095546</w:t>
            </w:r>
          </w:p>
          <w:p w:rsidR="007F7F8B" w:rsidRDefault="007F7F8B" w:rsidP="007F7F8B">
            <w:r w:rsidRPr="00043D99">
              <w:rPr>
                <w:b/>
              </w:rPr>
              <w:t>IFSC Code:</w:t>
            </w:r>
            <w:r>
              <w:t xml:space="preserve"> INDB0000487</w:t>
            </w:r>
          </w:p>
          <w:p w:rsidR="007F7F8B" w:rsidRDefault="007F7F8B" w:rsidP="007F7F8B"/>
        </w:tc>
      </w:tr>
      <w:tr w:rsidR="007F7F8B" w:rsidTr="007F7F8B">
        <w:trPr>
          <w:trHeight w:val="377"/>
        </w:trPr>
        <w:tc>
          <w:tcPr>
            <w:tcW w:w="8630" w:type="dxa"/>
            <w:gridSpan w:val="2"/>
          </w:tcPr>
          <w:p w:rsidR="007F7F8B" w:rsidRDefault="007F7F8B" w:rsidP="007F7F8B">
            <w:r w:rsidRPr="00043D99">
              <w:rPr>
                <w:b/>
              </w:rPr>
              <w:t>Address:</w:t>
            </w:r>
            <w:r>
              <w:t xml:space="preserve"> Ground Floor, House No 128, </w:t>
            </w:r>
            <w:proofErr w:type="spellStart"/>
            <w:r>
              <w:t>Prathvi</w:t>
            </w:r>
            <w:proofErr w:type="spellEnd"/>
            <w:r>
              <w:t xml:space="preserve"> Nagar, </w:t>
            </w:r>
            <w:proofErr w:type="spellStart"/>
            <w:r>
              <w:t>Sirol</w:t>
            </w:r>
            <w:proofErr w:type="spellEnd"/>
            <w:r>
              <w:t xml:space="preserve"> </w:t>
            </w:r>
            <w:proofErr w:type="spellStart"/>
            <w:r>
              <w:t>Morar</w:t>
            </w:r>
            <w:proofErr w:type="spellEnd"/>
            <w:r>
              <w:t>, Gwalior M.P 474006</w:t>
            </w:r>
          </w:p>
        </w:tc>
      </w:tr>
    </w:tbl>
    <w:p w:rsidR="00240A72" w:rsidRDefault="00E71F5B" w:rsidP="007F7F8B">
      <w:r w:rsidRPr="00E71F5B">
        <w:rPr>
          <w:b/>
          <w:sz w:val="28"/>
          <w:u w:val="single"/>
        </w:rPr>
        <w:t>Banking Details</w:t>
      </w:r>
      <w:r w:rsidRPr="00E71F5B">
        <w:rPr>
          <w:b/>
          <w:u w:val="single"/>
        </w:rPr>
        <w:br/>
      </w:r>
    </w:p>
    <w:p w:rsidR="009D453E" w:rsidRPr="005B0A9F" w:rsidRDefault="009D453E" w:rsidP="009D453E">
      <w:pPr>
        <w:jc w:val="right"/>
        <w:rPr>
          <w:sz w:val="20"/>
        </w:rPr>
      </w:pPr>
      <w:r w:rsidRPr="005B0A9F">
        <w:rPr>
          <w:sz w:val="20"/>
        </w:rPr>
        <w:t>AMOUNT HAS BEEN RECEIVED VIA CHEQUE PAYMENT</w:t>
      </w:r>
    </w:p>
    <w:p w:rsidR="00240A72" w:rsidRDefault="00E71F5B">
      <w:r>
        <w:br/>
        <w:t>Thank you for your business!</w:t>
      </w:r>
    </w:p>
    <w:p w:rsidR="00E71F5B" w:rsidRDefault="00E71F5B">
      <w:pPr>
        <w:rPr>
          <w:b/>
        </w:rPr>
      </w:pPr>
      <w:r>
        <w:rPr>
          <w:b/>
        </w:rPr>
        <w:t>TECHNOBAZAAR PRIVATE LIMITED</w:t>
      </w:r>
    </w:p>
    <w:p w:rsidR="009D453E" w:rsidRDefault="00E71F5B">
      <w:pPr>
        <w:rPr>
          <w:b/>
        </w:rPr>
      </w:pPr>
      <w:r>
        <w:rPr>
          <w:b/>
        </w:rPr>
        <w:t>GWALIOR</w:t>
      </w:r>
    </w:p>
    <w:sectPr w:rsidR="009D453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3D99"/>
    <w:rsid w:val="0006063C"/>
    <w:rsid w:val="0015074B"/>
    <w:rsid w:val="00240A72"/>
    <w:rsid w:val="002942B7"/>
    <w:rsid w:val="0029639D"/>
    <w:rsid w:val="00326F90"/>
    <w:rsid w:val="0057105E"/>
    <w:rsid w:val="005B0A9F"/>
    <w:rsid w:val="007F7F8B"/>
    <w:rsid w:val="009D453E"/>
    <w:rsid w:val="00A15944"/>
    <w:rsid w:val="00AA1D8D"/>
    <w:rsid w:val="00B47730"/>
    <w:rsid w:val="00CB0664"/>
    <w:rsid w:val="00D220FF"/>
    <w:rsid w:val="00DA5FD5"/>
    <w:rsid w:val="00E71F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861811"/>
  <w14:defaultImageDpi w14:val="300"/>
  <w15:docId w15:val="{49100D5D-D037-4FEA-9820-BBFF1A0DD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leGridLight">
    <w:name w:val="Grid Table Light"/>
    <w:basedOn w:val="TableNormal"/>
    <w:uiPriority w:val="99"/>
    <w:rsid w:val="00043D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2942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F63CE0-DA8B-46CB-819B-C889B588F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Bhupi</cp:lastModifiedBy>
  <cp:revision>7</cp:revision>
  <dcterms:created xsi:type="dcterms:W3CDTF">2026-07-02T15:10:00Z</dcterms:created>
  <dcterms:modified xsi:type="dcterms:W3CDTF">2026-07-02T17:51:00Z</dcterms:modified>
  <cp:category/>
</cp:coreProperties>
</file>